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QNAP 資料刪除聲明範例</w:t>
      </w:r>
    </w:p>
    <w:p>
      <w:r>
        <w:t>填寫說明：請於完成刪除後，將【】內文字替換為實際資訊，並依實際情形勾選。請勿填入資料內容、密碼、權杖或其他敏感值；資料範圍僅列名稱與筆數。</w:t>
      </w:r>
    </w:p>
    <w:p>
      <w:r>
        <w:t>請於送出回報後 7 個日曆日內完成刪除，並於同一期限內將具名聲明寄至 security@qnap.com。可沿用回報時的名稱或研究代號，無需另附身分證明文件。</w:t>
      </w:r>
    </w:p>
    <w:p>
      <w:pPr>
        <w:pStyle w:val="Heading1"/>
      </w:pPr>
      <w:r>
        <w:t>一 案件與聲明人資訊</w:t>
      </w:r>
    </w:p>
    <w:p>
      <w:r>
        <w:t>致：QNAP PSIRT</w:t>
        <w:br/>
        <w:t>案件編號或回報主旨：【案件編號或回報主旨】</w:t>
        <w:br/>
        <w:t>回報送出時間：【YYYY/MM/DD HH:mm，時區】</w:t>
        <w:br/>
        <w:t>研究員姓名或研究代號：【與回報一致之姓名或研究代號】</w:t>
        <w:br/>
        <w:t>電子郵件地址：【電子郵件地址】</w:t>
      </w:r>
    </w:p>
    <w:p>
      <w:pPr>
        <w:pStyle w:val="Heading1"/>
      </w:pPr>
      <w:r>
        <w:t>二 刪除聲明</w:t>
      </w:r>
    </w:p>
    <w:p>
      <w:r>
        <w:t>本人／本組織聲明：自上述回報送出後，已不再存取本案相關資料，並已於送出回報後 7 個日曆日內，刪除下列範圍之所有相關資料及其副本。刪除作業已涵蓋本聲明所列六類存放位置，且未保留任何副本。</w:t>
      </w:r>
    </w:p>
    <w:p>
      <w:pPr>
        <w:pStyle w:val="Heading1"/>
      </w:pPr>
      <w:r>
        <w:t>三 刪除資料之範圍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4139"/>
        <w:gridCol w:w="1531"/>
      </w:tblGrid>
      <w:tr>
        <w:trPr>
          <w:cantSplit/>
          <w:tblHeader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DEDED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資料表或端點名稱</w:t>
            </w:r>
          </w:p>
        </w:tc>
        <w:tc>
          <w:tcPr>
            <w:tcW w:type="dxa" w:w="413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DEDED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欄位名稱</w:t>
            </w:r>
          </w:p>
        </w:tc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DEDED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筆數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【資料表名稱或端點路徑】</w:t>
            </w:r>
          </w:p>
        </w:tc>
        <w:tc>
          <w:tcPr>
            <w:tcW w:type="dxa" w:w="413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【欄位名稱，可列多項】</w:t>
            </w:r>
          </w:p>
        </w:tc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【筆數】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【依需要增列或刪除此列】</w:t>
            </w:r>
          </w:p>
        </w:tc>
        <w:tc>
          <w:tcPr>
            <w:tcW w:type="dxa" w:w="413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【欄位名稱】</w:t>
            </w:r>
          </w:p>
        </w:tc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【筆數】</w:t>
            </w:r>
          </w:p>
        </w:tc>
      </w:tr>
    </w:tbl>
    <w:p>
      <w:r>
        <w:t>筆數填寫說明：請填寫實際取得且已刪除之資料筆數；若不適用，請註明原因。其他相關檔案或資料（如截圖、錄影、匯出檔）：【名稱或類型及數量；無則填「無」】。</w:t>
      </w:r>
    </w:p>
    <w:p>
      <w:pPr>
        <w:pStyle w:val="Heading1"/>
      </w:pPr>
      <w:r>
        <w:t>四 刪除日期與時間</w:t>
      </w:r>
    </w:p>
    <w:p>
      <w:r>
        <w:t>完成刪除時間：【YYYY/MM/DD HH:mm】</w:t>
        <w:br/>
        <w:t>時區：【例如 Asia/Taipei，UTC+08:00】</w:t>
        <w:br/>
        <w:t>如分批刪除，請列各批次時間與對應範圍：【分批資訊；無則填「無」】</w:t>
      </w:r>
    </w:p>
    <w:p>
      <w:r>
        <w:br w:type="page"/>
      </w:r>
    </w:p>
    <w:p>
      <w:pPr>
        <w:pStyle w:val="Heading1"/>
      </w:pPr>
      <w:r>
        <w:t>五 刪除方式與存放位置確認</w:t>
      </w:r>
    </w:p>
    <w:p>
      <w:r>
        <w:t>請逐項確認並填寫實際刪除方式。未曾存放於該位置者，可勾選「未曾存放」，並於方式欄填寫「不適用」。下列方法僅供填寫參考。</w:t>
      </w:r>
    </w:p>
    <w:p>
      <w:pPr>
        <w:keepNext/>
        <w:spacing w:before="100"/>
      </w:pPr>
      <w:r>
        <w:rPr>
          <w:b/>
        </w:rPr>
        <w:t>（1）本機或外接儲存裝置之檔案</w:t>
      </w:r>
    </w:p>
    <w:p>
      <w:pPr>
        <w:spacing w:after="60" w:line="252" w:lineRule="auto"/>
      </w:pPr>
      <w:r>
        <w:rPr>
          <w:sz w:val="20"/>
        </w:rPr>
        <w:t>□ 已刪除　□ 未曾存放</w:t>
        <w:br/>
        <w:t>實際刪除方式：【填寫刪除方式與涵蓋位置】</w:t>
        <w:br/>
        <w:t>例如：刪除檔案並清空垃圾桶，或覆寫刪除。</w:t>
      </w:r>
    </w:p>
    <w:p>
      <w:pPr>
        <w:keepNext/>
        <w:spacing w:before="100"/>
      </w:pPr>
      <w:r>
        <w:rPr>
          <w:b/>
        </w:rPr>
        <w:t>（2）備份與同步空間</w:t>
      </w:r>
    </w:p>
    <w:p>
      <w:pPr>
        <w:spacing w:after="60" w:line="252" w:lineRule="auto"/>
      </w:pPr>
      <w:r>
        <w:rPr>
          <w:sz w:val="20"/>
        </w:rPr>
        <w:t>□ 已刪除　□ 未曾存放</w:t>
        <w:br/>
        <w:t>實際刪除方式：【填寫刪除方式與涵蓋位置】</w:t>
        <w:br/>
        <w:t>含雲端硬碟、版本控制系統。例：移除備份、同步副本及版本紀錄。</w:t>
      </w:r>
    </w:p>
    <w:p>
      <w:pPr>
        <w:keepNext/>
        <w:spacing w:before="100"/>
      </w:pPr>
      <w:r>
        <w:rPr>
          <w:b/>
        </w:rPr>
        <w:t>（3）測試工具之工作階段檔案 快取與歷史記錄</w:t>
      </w:r>
    </w:p>
    <w:p>
      <w:pPr>
        <w:spacing w:after="60" w:line="252" w:lineRule="auto"/>
      </w:pPr>
      <w:r>
        <w:rPr>
          <w:sz w:val="20"/>
        </w:rPr>
        <w:t>□ 已刪除　□ 未曾存放</w:t>
        <w:br/>
        <w:t>實際刪除方式：【填寫刪除方式與涵蓋位置】</w:t>
        <w:br/>
        <w:t>例如：刪除工作階段檔案、工具快取及歷史記錄。</w:t>
      </w:r>
    </w:p>
    <w:p>
      <w:pPr>
        <w:keepNext/>
        <w:spacing w:before="100"/>
      </w:pPr>
      <w:r>
        <w:rPr>
          <w:b/>
        </w:rPr>
        <w:t>（4）系統與應用程式日誌</w:t>
      </w:r>
    </w:p>
    <w:p>
      <w:pPr>
        <w:spacing w:after="60" w:line="252" w:lineRule="auto"/>
      </w:pPr>
      <w:r>
        <w:rPr>
          <w:sz w:val="20"/>
        </w:rPr>
        <w:t>□ 已刪除　□ 未曾存放</w:t>
        <w:br/>
        <w:t>實際刪除方式：【填寫刪除方式與涵蓋位置】</w:t>
        <w:br/>
        <w:t>例如：刪除含相關資料的日誌及其輪替或封存副本。</w:t>
      </w:r>
    </w:p>
    <w:p>
      <w:pPr>
        <w:keepNext/>
        <w:spacing w:before="100"/>
      </w:pPr>
      <w:r>
        <w:rPr>
          <w:b/>
        </w:rPr>
        <w:t>（5）截圖 螢幕錄影與剪貼簿內容</w:t>
      </w:r>
    </w:p>
    <w:p>
      <w:pPr>
        <w:spacing w:after="60" w:line="252" w:lineRule="auto"/>
      </w:pPr>
      <w:r>
        <w:rPr>
          <w:sz w:val="20"/>
        </w:rPr>
        <w:t>□ 已刪除　□ 未曾存放</w:t>
        <w:br/>
        <w:t>實際刪除方式：【填寫刪除方式與涵蓋位置】</w:t>
        <w:br/>
        <w:t>例如：刪除影像及錄影副本，清除剪貼簿與剪貼簿歷史。</w:t>
      </w:r>
    </w:p>
    <w:p>
      <w:pPr>
        <w:keepNext/>
        <w:spacing w:before="100"/>
      </w:pPr>
      <w:r>
        <w:rPr>
          <w:b/>
        </w:rPr>
        <w:t>（6）電子郵件寄件備份 通訊軟體對話紀錄及轉存副本</w:t>
      </w:r>
    </w:p>
    <w:p>
      <w:pPr>
        <w:spacing w:after="60" w:line="252" w:lineRule="auto"/>
      </w:pPr>
      <w:r>
        <w:rPr>
          <w:sz w:val="20"/>
        </w:rPr>
        <w:t>□ 已刪除　□ 未曾存放</w:t>
        <w:br/>
        <w:t>實際刪除方式：【填寫刪除方式與涵蓋位置】</w:t>
        <w:br/>
        <w:t>例如：移除含相關資料的寄件備份、對話紀錄、附件及轉存副本。</w:t>
      </w:r>
    </w:p>
    <w:p>
      <w:pPr>
        <w:pStyle w:val="Heading1"/>
      </w:pPr>
      <w:r>
        <w:t>六 涵蓋範圍確認與具名</w:t>
      </w:r>
    </w:p>
    <w:p>
      <w:r>
        <w:t>□ 我確認已檢查上述（1）至（6）全部存放位置，所有相關資料及其副本均已刪除，且未保留任何副本。</w:t>
      </w:r>
    </w:p>
    <w:p>
      <w:r>
        <w:t>聲明人姓名或研究代號：【姓名或研究代號】</w:t>
        <w:br/>
        <w:t>電子郵件地址：【電子郵件地址】</w:t>
        <w:br/>
        <w:t>聲明日期：【YYYY/MM/DD】</w:t>
      </w:r>
    </w:p>
    <w:p>
      <w:r>
        <w:t>如由所屬組織聯絡人代為出具，請另填：</w:t>
        <w:br/>
        <w:t>組織名稱：【組織名稱】　聯絡人姓名及職稱：【姓名及職稱】</w:t>
        <w:br/>
        <w:t>聯絡人電子郵件地址：【電子郵件地址】</w:t>
      </w:r>
    </w:p>
    <w:p>
      <w:r>
        <w:rPr>
          <w:sz w:val="18"/>
        </w:rPr>
        <w:t>如因所屬組織規範等原因無法以個人名義具名，可由組織聯絡人代為出具，或以電子郵件回覆逐項確認上述內容，由 QNAP 作為書面記錄。QNAP PSIRT 於必要時得請聲明人補充說明。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Microsoft JhengHei" w:hAnsi="Microsoft JhengHei" w:eastAsia="Microsoft JhengHe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76" w:lineRule="auto"/>
      <w:outlineLvl w:val="0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76" w:lineRule="auto"/>
      <w:contextualSpacing/>
    </w:pPr>
    <w:rPr>
      <w:rFonts w:asciiTheme="majorHAnsi" w:eastAsiaTheme="majorEastAsia" w:hAnsiTheme="majorHAnsi" w:cstheme="majorBidi" w:ascii="Microsoft JhengHei" w:hAnsi="Microsoft JhengHei" w:eastAsia="Microsoft JhengHei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QNAP 資料刪除聲明範例</dc:title>
  <dc:subject>研究員資料刪除具名聲明範本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